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26"/>
        </w:rPr>
        <w:t>[Ihr Firmenname]</w:t>
      </w:r>
    </w:p>
    <w:p>
      <w:pPr>
        <w:spacing w:after="0"/>
      </w:pPr>
      <w:r>
        <w:rPr>
          <w:b w:val="0"/>
        </w:rPr>
        <w:t>[Straße Hausnummer] · [PLZ Ort]</w:t>
      </w:r>
    </w:p>
    <w:p>
      <w:pPr>
        <w:spacing w:after="0"/>
      </w:pPr>
      <w:r>
        <w:rPr>
          <w:b w:val="0"/>
        </w:rPr>
        <w:t>Tel. [Telefon] · [E-Mail] · [Website]</w:t>
      </w:r>
    </w:p>
    <w:p>
      <w:pPr>
        <w:spacing w:after="200"/>
      </w:pPr>
      <w:r>
        <w:rPr>
          <w:b w:val="0"/>
        </w:rPr>
        <w:t>Steuernummer: [Steuernummer]  /  USt-IdNr.: [DE123456789]</w:t>
      </w:r>
    </w:p>
    <w:p>
      <w:pPr>
        <w:spacing w:after="0"/>
      </w:pPr>
      <w:r>
        <w:rPr>
          <w:b w:val="0"/>
        </w:rPr>
        <w:t>[Name / Firma des Kunden]</w:t>
      </w:r>
    </w:p>
    <w:p>
      <w:pPr>
        <w:spacing w:after="0"/>
      </w:pPr>
      <w:r>
        <w:rPr>
          <w:b w:val="0"/>
        </w:rPr>
        <w:t>[Straße Hausnummer]</w:t>
      </w:r>
    </w:p>
    <w:p>
      <w:pPr>
        <w:spacing w:after="240"/>
      </w:pPr>
      <w:r>
        <w:rPr>
          <w:b w:val="0"/>
        </w:rPr>
        <w:t>[PLZ Ort]</w:t>
      </w:r>
    </w:p>
    <w:p>
      <w:pPr>
        <w:spacing w:after="120"/>
      </w:pPr>
      <w:r>
        <w:rPr>
          <w:b/>
          <w:sz w:val="32"/>
        </w:rPr>
        <w:t>Abschlagsrechnung Nr. [1]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/>
            <w:r>
              <w:rPr>
                <w:b/>
              </w:rPr>
              <w:t>Angabe</w:t>
            </w:r>
          </w:p>
        </w:tc>
        <w:tc>
          <w:tcPr>
            <w:tcW w:type="dxa" w:w="6520"/>
          </w:tcPr>
          <w:p>
            <w:r/>
            <w:r>
              <w:rPr>
                <w:b/>
              </w:rPr>
              <w:t>Wert</w:t>
            </w:r>
          </w:p>
        </w:tc>
      </w:tr>
      <w:tr>
        <w:tc>
          <w:tcPr>
            <w:tcW w:type="dxa" w:w="2835"/>
          </w:tcPr>
          <w:p>
            <w:r>
              <w:t>Rechnungsnummer</w:t>
            </w:r>
          </w:p>
        </w:tc>
        <w:tc>
          <w:tcPr>
            <w:tcW w:type="dxa" w:w="6520"/>
          </w:tcPr>
          <w:p>
            <w:r>
              <w:t>[fortlaufend, einmalig, z. B. 2026-0001]</w:t>
            </w:r>
          </w:p>
        </w:tc>
      </w:tr>
      <w:tr>
        <w:tc>
          <w:tcPr>
            <w:tcW w:type="dxa" w:w="2835"/>
          </w:tcPr>
          <w:p>
            <w:r>
              <w:t>Rechnungsdatum</w:t>
            </w:r>
          </w:p>
        </w:tc>
        <w:tc>
          <w:tcPr>
            <w:tcW w:type="dxa" w:w="6520"/>
          </w:tcPr>
          <w:p>
            <w:r>
              <w:t>[TT.MM.JJJJ]</w:t>
            </w:r>
          </w:p>
        </w:tc>
      </w:tr>
      <w:tr>
        <w:tc>
          <w:tcPr>
            <w:tcW w:type="dxa" w:w="2835"/>
          </w:tcPr>
          <w:p>
            <w:r>
              <w:t>Leistungszeitraum / -datum</w:t>
            </w:r>
          </w:p>
        </w:tc>
        <w:tc>
          <w:tcPr>
            <w:tcW w:type="dxa" w:w="6520"/>
          </w:tcPr>
          <w:p>
            <w:r>
              <w:t>[TT.MM.JJJJ – TT.MM.JJJJ]</w:t>
            </w:r>
          </w:p>
        </w:tc>
      </w:tr>
      <w:tr>
        <w:tc>
          <w:tcPr>
            <w:tcW w:type="dxa" w:w="2835"/>
          </w:tcPr>
          <w:p>
            <w:r>
              <w:t>Kundennummer</w:t>
            </w:r>
          </w:p>
        </w:tc>
        <w:tc>
          <w:tcPr>
            <w:tcW w:type="dxa" w:w="6520"/>
          </w:tcPr>
          <w:p>
            <w:r>
              <w:t>[optional]</w:t>
            </w:r>
          </w:p>
        </w:tc>
      </w:tr>
      <w:tr>
        <w:tc>
          <w:tcPr>
            <w:tcW w:type="dxa" w:w="2835"/>
          </w:tcPr>
          <w:p>
            <w:r>
              <w:t>Bauvorhaben / Auftrag</w:t>
            </w:r>
          </w:p>
        </w:tc>
        <w:tc>
          <w:tcPr>
            <w:tcW w:type="dxa" w:w="6520"/>
          </w:tcPr>
          <w:p>
            <w:r>
              <w:t>[Bezeichnung, Auftrag vom TT.MM.JJJJ]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80"/>
      </w:pPr>
      <w:r>
        <w:rPr>
          <w:b w:val="0"/>
        </w:rPr>
        <w:t>Für den bisher erbrachten Leistungsstand berechne ich Ihnen eine Abschlagszahlung: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680"/>
          </w:tcPr>
          <w:p>
            <w:r/>
            <w:r>
              <w:rPr>
                <w:b/>
              </w:rPr>
              <w:t>Pos.</w:t>
            </w:r>
          </w:p>
        </w:tc>
        <w:tc>
          <w:tcPr>
            <w:tcW w:type="dxa" w:w="3685"/>
          </w:tcPr>
          <w:p>
            <w:r/>
            <w:r>
              <w:rPr>
                <w:b/>
              </w:rPr>
              <w:t>Leistung</w:t>
            </w:r>
          </w:p>
        </w:tc>
        <w:tc>
          <w:tcPr>
            <w:tcW w:type="dxa" w:w="1020"/>
          </w:tcPr>
          <w:p>
            <w:r/>
            <w:r>
              <w:rPr>
                <w:b/>
              </w:rPr>
              <w:t>Einheit</w:t>
            </w:r>
          </w:p>
        </w:tc>
        <w:tc>
          <w:tcPr>
            <w:tcW w:type="dxa" w:w="1020"/>
          </w:tcPr>
          <w:p>
            <w:r/>
            <w:r>
              <w:rPr>
                <w:b/>
              </w:rPr>
              <w:t>Menge</w:t>
            </w:r>
          </w:p>
        </w:tc>
        <w:tc>
          <w:tcPr>
            <w:tcW w:type="dxa" w:w="1474"/>
          </w:tcPr>
          <w:p>
            <w:r/>
            <w:r>
              <w:rPr>
                <w:b/>
              </w:rPr>
              <w:t>Einzelpreis netto</w:t>
            </w:r>
          </w:p>
        </w:tc>
        <w:tc>
          <w:tcPr>
            <w:tcW w:type="dxa" w:w="1474"/>
          </w:tcPr>
          <w:p>
            <w:r/>
            <w:r>
              <w:rPr>
                <w:b/>
              </w:rPr>
              <w:t>Gesamt netto</w:t>
            </w:r>
          </w:p>
        </w:tc>
      </w:tr>
      <w:t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3685"/>
          </w:tcPr>
          <w:p>
            <w:r>
              <w:t>[Teilleistung, z. B. Rohinstallation Erdgeschoss, laut Leistungsstand vom TT.MM.JJJJ]</w:t>
            </w:r>
          </w:p>
        </w:tc>
        <w:tc>
          <w:tcPr>
            <w:tcW w:type="dxa" w:w="1020"/>
          </w:tcPr>
          <w:p>
            <w:r>
              <w:t>[%]</w:t>
            </w:r>
          </w:p>
        </w:tc>
        <w:tc>
          <w:tcPr>
            <w:tcW w:type="dxa" w:w="1020"/>
          </w:tcPr>
          <w:p>
            <w:r>
              <w:t>[Menge]</w:t>
            </w:r>
          </w:p>
        </w:tc>
        <w:tc>
          <w:tcPr>
            <w:tcW w:type="dxa" w:w="1474"/>
          </w:tcPr>
          <w:p>
            <w:r>
              <w:t>[€]</w:t>
            </w:r>
          </w:p>
        </w:tc>
        <w:tc>
          <w:tcPr>
            <w:tcW w:type="dxa" w:w="1474"/>
          </w:tcPr>
          <w:p>
            <w:r>
              <w:t>[€]</w:t>
            </w:r>
          </w:p>
        </w:tc>
      </w:tr>
      <w:t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3685"/>
          </w:tcPr>
          <w:p>
            <w:r>
              <w:t>[weitere Teilleistung]</w:t>
            </w:r>
          </w:p>
        </w:tc>
        <w:tc>
          <w:tcPr>
            <w:tcW w:type="dxa" w:w="1020"/>
          </w:tcPr>
          <w:p>
            <w:r>
              <w:t>[%]</w:t>
            </w:r>
          </w:p>
        </w:tc>
        <w:tc>
          <w:tcPr>
            <w:tcW w:type="dxa" w:w="1020"/>
          </w:tcPr>
          <w:p>
            <w:r>
              <w:t>[Menge]</w:t>
            </w:r>
          </w:p>
        </w:tc>
        <w:tc>
          <w:tcPr>
            <w:tcW w:type="dxa" w:w="1474"/>
          </w:tcPr>
          <w:p>
            <w:r>
              <w:t>[€]</w:t>
            </w:r>
          </w:p>
        </w:tc>
        <w:tc>
          <w:tcPr>
            <w:tcW w:type="dxa" w:w="1474"/>
          </w:tcPr>
          <w:p>
            <w:r>
              <w:t>[€]</w:t>
            </w:r>
          </w:p>
        </w:tc>
      </w:tr>
    </w:tbl>
    <w:p>
      <w:pPr>
        <w:spacing w:after="80"/>
      </w:pPr>
      <w:r>
        <w:rPr>
          <w:b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6520"/>
          </w:tcPr>
          <w:p>
            <w:r/>
            <w:r>
              <w:rPr>
                <w:b/>
              </w:rPr>
              <w:t>Betrag</w:t>
            </w:r>
          </w:p>
        </w:tc>
        <w:tc>
          <w:tcPr>
            <w:tcW w:type="dxa" w:w="2835"/>
          </w:tcPr>
          <w:p>
            <w:r/>
            <w:r>
              <w:rPr>
                <w:b/>
              </w:rPr>
              <w:t>€</w:t>
            </w:r>
          </w:p>
        </w:tc>
      </w:tr>
      <w:tr>
        <w:tc>
          <w:tcPr>
            <w:tcW w:type="dxa" w:w="6520"/>
          </w:tcPr>
          <w:p>
            <w:r>
              <w:t>Summe netto</w:t>
            </w:r>
          </w:p>
        </w:tc>
        <w:tc>
          <w:tcPr>
            <w:tcW w:type="dxa" w:w="2835"/>
          </w:tcPr>
          <w:p>
            <w:r>
              <w:t>[€]</w:t>
            </w:r>
          </w:p>
        </w:tc>
      </w:tr>
      <w:tr>
        <w:tc>
          <w:tcPr>
            <w:tcW w:type="dxa" w:w="6520"/>
          </w:tcPr>
          <w:p>
            <w:r>
              <w:t>Umsatzsteuer [19] %</w:t>
            </w:r>
          </w:p>
        </w:tc>
        <w:tc>
          <w:tcPr>
            <w:tcW w:type="dxa" w:w="2835"/>
          </w:tcPr>
          <w:p>
            <w:r>
              <w:t>[€]</w:t>
            </w:r>
          </w:p>
        </w:tc>
      </w:tr>
      <w:tr>
        <w:tc>
          <w:tcPr>
            <w:tcW w:type="dxa" w:w="6520"/>
          </w:tcPr>
          <w:p>
            <w:r>
              <w:t>Rechnungsbetrag brutto</w:t>
            </w:r>
          </w:p>
        </w:tc>
        <w:tc>
          <w:tcPr>
            <w:tcW w:type="dxa" w:w="2835"/>
          </w:tcPr>
          <w:p>
            <w:r>
              <w:t>[€]</w:t>
            </w:r>
          </w:p>
        </w:tc>
      </w:tr>
      <w:tr>
        <w:tc>
          <w:tcPr>
            <w:tcW w:type="dxa" w:w="6520"/>
          </w:tcPr>
          <w:p>
            <w:r>
              <w:t>Zahlbetrag dieser Abschlagsrechnung</w:t>
            </w:r>
          </w:p>
        </w:tc>
        <w:tc>
          <w:tcPr>
            <w:tcW w:type="dxa" w:w="2835"/>
          </w:tcPr>
          <w:p>
            <w:r>
              <w:t>[€]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40"/>
      </w:pPr>
      <w:r>
        <w:rPr>
          <w:b w:val="0"/>
        </w:rPr>
        <w:t>Zahlungsziel: [14] Tage nach Rechnungsdatum, bis zum [TT.MM.JJJJ], ohne Abzug.</w:t>
      </w:r>
    </w:p>
    <w:p>
      <w:pPr>
        <w:spacing w:after="160"/>
      </w:pPr>
      <w:r>
        <w:rPr>
          <w:b w:val="0"/>
        </w:rPr>
        <w:t>Bankverbindung: [Bank] · IBAN [DE00 0000 0000 0000 0000 00] · BIC [XXXXXXXX]</w:t>
      </w:r>
    </w:p>
    <w:p>
      <w:pPr>
        <w:spacing w:after="40"/>
      </w:pPr>
      <w:r>
        <w:rPr>
          <w:b/>
        </w:rPr>
        <w:t>Hinweise (nicht Zutreffendes löschen):</w:t>
      </w:r>
    </w:p>
    <w:p>
      <w:pPr>
        <w:spacing w:after="20"/>
      </w:pPr>
      <w:r>
        <w:rPr>
          <w:b w:val="0"/>
          <w:sz w:val="18"/>
        </w:rPr>
        <w:t>• Kleinunternehmer: „Gemäß § 19 UStG wird keine Umsatzsteuer berechnet.“</w:t>
      </w:r>
    </w:p>
    <w:p>
      <w:pPr>
        <w:spacing w:after="20"/>
      </w:pPr>
      <w:r>
        <w:rPr>
          <w:b w:val="0"/>
          <w:sz w:val="18"/>
        </w:rPr>
        <w:t>• Bauleistung an Unternehmer (§ 13b UStG): „Steuerschuldnerschaft des Leistungsempfängers.“ Keine Umsatzsteuer ausweisen.</w:t>
      </w:r>
    </w:p>
    <w:p>
      <w:pPr>
        <w:spacing w:after="20"/>
      </w:pPr>
      <w:r>
        <w:rPr>
          <w:b w:val="0"/>
          <w:sz w:val="18"/>
        </w:rPr>
        <w:t>• Leistung an Privatperson im Zusammenhang mit einem Grundstück: „Sie sind verpflichtet, diese Rechnung zwei Jahre lang aufzubewahren.“</w:t>
      </w:r>
    </w:p>
    <w:p>
      <w:pPr>
        <w:spacing w:after="20"/>
      </w:pPr>
      <w:r>
        <w:rPr>
          <w:b w:val="0"/>
          <w:sz w:val="18"/>
        </w:rPr>
        <w:t>• Privathaushalt (§ 35a EStG): Arbeitskosten und Materialkosten getrennt ausweisen, Zahlung per Überweisung.</w:t>
      </w:r>
    </w:p>
    <w:p>
      <w:pPr>
        <w:spacing w:after="20"/>
      </w:pPr>
      <w:r>
        <w:rPr>
          <w:b w:val="0"/>
          <w:sz w:val="18"/>
        </w:rPr>
        <w:t>• Diese Rechnung ist eine Abschlagsrechnung nach Leistungsstand. Die Schlussabrechnung erfolgt nach Fertigstellung.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