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6"/>
        </w:rPr>
        <w:t>[Ihr Firmenname]</w:t>
      </w:r>
    </w:p>
    <w:p>
      <w:pPr>
        <w:spacing w:after="0"/>
      </w:pPr>
      <w:r>
        <w:rPr>
          <w:b w:val="0"/>
        </w:rPr>
        <w:t>[Straße Hausnummer] · [PLZ Ort]</w:t>
      </w:r>
    </w:p>
    <w:p>
      <w:pPr>
        <w:spacing w:after="0"/>
      </w:pPr>
      <w:r>
        <w:rPr>
          <w:b w:val="0"/>
        </w:rPr>
        <w:t>Tel. [Telefon] · [E-Mail] · [Website]</w:t>
      </w:r>
    </w:p>
    <w:p>
      <w:pPr>
        <w:spacing w:after="200"/>
      </w:pPr>
      <w:r>
        <w:rPr>
          <w:b w:val="0"/>
        </w:rPr>
        <w:t>Steuernummer: [Steuernummer]  /  USt-IdNr.: [DE123456789]</w:t>
      </w:r>
    </w:p>
    <w:p>
      <w:pPr>
        <w:spacing w:after="0"/>
      </w:pPr>
      <w:r>
        <w:rPr>
          <w:b w:val="0"/>
        </w:rPr>
        <w:t>[Name / Firma des Kunden]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240"/>
      </w:pPr>
      <w:r>
        <w:rPr>
          <w:b w:val="0"/>
        </w:rPr>
        <w:t>[PLZ Ort]</w:t>
      </w:r>
    </w:p>
    <w:p>
      <w:pPr>
        <w:spacing w:after="120"/>
      </w:pPr>
      <w:r>
        <w:rPr>
          <w:b/>
          <w:sz w:val="32"/>
        </w:rPr>
        <w:t>Angebot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b/>
              </w:rPr>
              <w:t>Angabe</w:t>
            </w:r>
          </w:p>
        </w:tc>
        <w:tc>
          <w:tcPr>
            <w:tcW w:type="dxa" w:w="6520"/>
          </w:tcPr>
          <w:p>
            <w:r/>
            <w:r>
              <w:rPr>
                <w:b/>
              </w:rPr>
              <w:t>Wert</w:t>
            </w:r>
          </w:p>
        </w:tc>
      </w:tr>
      <w:tr>
        <w:tc>
          <w:tcPr>
            <w:tcW w:type="dxa" w:w="2835"/>
          </w:tcPr>
          <w:p>
            <w:r>
              <w:t>Angebotsnummer</w:t>
            </w:r>
          </w:p>
        </w:tc>
        <w:tc>
          <w:tcPr>
            <w:tcW w:type="dxa" w:w="6520"/>
          </w:tcPr>
          <w:p>
            <w:r>
              <w:t>[z. B. A-2026-0001]</w:t>
            </w:r>
          </w:p>
        </w:tc>
      </w:tr>
      <w:tr>
        <w:tc>
          <w:tcPr>
            <w:tcW w:type="dxa" w:w="2835"/>
          </w:tcPr>
          <w:p>
            <w:r>
              <w:t>Angebotsdatum</w:t>
            </w:r>
          </w:p>
        </w:tc>
        <w:tc>
          <w:tcPr>
            <w:tcW w:type="dxa" w:w="6520"/>
          </w:tcPr>
          <w:p>
            <w:r>
              <w:t>[TT.MM.JJJJ]</w:t>
            </w:r>
          </w:p>
        </w:tc>
      </w:tr>
      <w:tr>
        <w:tc>
          <w:tcPr>
            <w:tcW w:type="dxa" w:w="2835"/>
          </w:tcPr>
          <w:p>
            <w:r>
              <w:t>Gültig bis</w:t>
            </w:r>
          </w:p>
        </w:tc>
        <w:tc>
          <w:tcPr>
            <w:tcW w:type="dxa" w:w="6520"/>
          </w:tcPr>
          <w:p>
            <w:r>
              <w:t>[TT.MM.JJJJ]</w:t>
            </w:r>
          </w:p>
        </w:tc>
      </w:tr>
      <w:tr>
        <w:tc>
          <w:tcPr>
            <w:tcW w:type="dxa" w:w="2835"/>
          </w:tcPr>
          <w:p>
            <w:r>
              <w:t>Bauvorhaben</w:t>
            </w:r>
          </w:p>
        </w:tc>
        <w:tc>
          <w:tcPr>
            <w:tcW w:type="dxa" w:w="6520"/>
          </w:tcPr>
          <w:p>
            <w:r>
              <w:t>[Ort, Bezeichnung]</w:t>
            </w:r>
          </w:p>
        </w:tc>
      </w:tr>
      <w:tr>
        <w:tc>
          <w:tcPr>
            <w:tcW w:type="dxa" w:w="2835"/>
          </w:tcPr>
          <w:p>
            <w:r>
              <w:t>Ausführungszeitraum</w:t>
            </w:r>
          </w:p>
        </w:tc>
        <w:tc>
          <w:tcPr>
            <w:tcW w:type="dxa" w:w="6520"/>
          </w:tcPr>
          <w:p>
            <w:r>
              <w:t>[voraussichtlich KW / Datum]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Sehr geehrte/r [Name], vielen Dank für Ihre Anfrage. Gerne biete ich Ihnen folgende Leistungen an: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680"/>
          </w:tcPr>
          <w:p>
            <w:r/>
            <w:r>
              <w:rPr>
                <w:b/>
              </w:rPr>
              <w:t>Pos.</w:t>
            </w:r>
          </w:p>
        </w:tc>
        <w:tc>
          <w:tcPr>
            <w:tcW w:type="dxa" w:w="3685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Einheit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Einzelpreis netto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Gesamt netto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685"/>
          </w:tcPr>
          <w:p>
            <w:r>
              <w:t>[Arbeitsleistung, genaue Beschreibung]</w:t>
            </w:r>
          </w:p>
        </w:tc>
        <w:tc>
          <w:tcPr>
            <w:tcW w:type="dxa" w:w="1020"/>
          </w:tcPr>
          <w:p>
            <w:r>
              <w:t>[Std.]</w:t>
            </w:r>
          </w:p>
        </w:tc>
        <w:tc>
          <w:tcPr>
            <w:tcW w:type="dxa" w:w="1020"/>
          </w:tcPr>
          <w:p>
            <w:r>
              <w:t>[Menge]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685"/>
          </w:tcPr>
          <w:p>
            <w:r>
              <w:t>[Material, Hersteller, Typ]</w:t>
            </w:r>
          </w:p>
        </w:tc>
        <w:tc>
          <w:tcPr>
            <w:tcW w:type="dxa" w:w="1020"/>
          </w:tcPr>
          <w:p>
            <w:r>
              <w:t>[Stück]</w:t>
            </w:r>
          </w:p>
        </w:tc>
        <w:tc>
          <w:tcPr>
            <w:tcW w:type="dxa" w:w="1020"/>
          </w:tcPr>
          <w:p>
            <w:r>
              <w:t>[Menge]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685"/>
          </w:tcPr>
          <w:p>
            <w:r>
              <w:t>[Entsorgung / Anfahrt]</w:t>
            </w:r>
          </w:p>
        </w:tc>
        <w:tc>
          <w:tcPr>
            <w:tcW w:type="dxa" w:w="1020"/>
          </w:tcPr>
          <w:p>
            <w:r>
              <w:t>[pauschal]</w:t>
            </w:r>
          </w:p>
        </w:tc>
        <w:tc>
          <w:tcPr>
            <w:tcW w:type="dxa" w:w="1020"/>
          </w:tcPr>
          <w:p>
            <w:r>
              <w:t>[1]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6520"/>
          </w:tcPr>
          <w:p>
            <w:r/>
            <w:r>
              <w:rPr>
                <w:b/>
              </w:rPr>
              <w:t>Betrag</w:t>
            </w:r>
          </w:p>
        </w:tc>
        <w:tc>
          <w:tcPr>
            <w:tcW w:type="dxa" w:w="2835"/>
          </w:tcPr>
          <w:p>
            <w:r/>
            <w:r>
              <w:rPr>
                <w:b/>
              </w:rPr>
              <w:t>€</w:t>
            </w:r>
          </w:p>
        </w:tc>
      </w:tr>
      <w:tr>
        <w:tc>
          <w:tcPr>
            <w:tcW w:type="dxa" w:w="6520"/>
          </w:tcPr>
          <w:p>
            <w:r>
              <w:t>Summe netto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Umsatzsteuer [19] %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Angebotssumme brutto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/>
        </w:rPr>
        <w:t>Bedingungen</w:t>
      </w:r>
    </w:p>
    <w:p>
      <w:pPr>
        <w:spacing w:after="20"/>
      </w:pPr>
      <w:r>
        <w:rPr>
          <w:b w:val="0"/>
        </w:rPr>
        <w:t>• Dieses Angebot ist gültig bis [TT.MM.JJJJ]. Preise in Euro.</w:t>
      </w:r>
    </w:p>
    <w:p>
      <w:pPr>
        <w:spacing w:after="20"/>
      </w:pPr>
      <w:r>
        <w:rPr>
          <w:b w:val="0"/>
        </w:rPr>
        <w:t>• Abrechnung: [nach Aufwand / nach Aufmaß / zum Festpreis]. Abschlagszahlungen: [nach Leistungsstand].</w:t>
      </w:r>
    </w:p>
    <w:p>
      <w:pPr>
        <w:spacing w:after="20"/>
      </w:pPr>
      <w:r>
        <w:rPr>
          <w:b w:val="0"/>
        </w:rPr>
        <w:t>• Zahlungsziel: [14] Tage nach Rechnungsstellung ohne Abzug.</w:t>
      </w:r>
    </w:p>
    <w:p>
      <w:pPr>
        <w:spacing w:after="20"/>
      </w:pPr>
      <w:r>
        <w:rPr>
          <w:b w:val="0"/>
        </w:rPr>
        <w:t>• Nicht enthalten: [z. B. Stemm- und Putzarbeiten, Malerarbeiten, Entsorgung].</w:t>
      </w:r>
    </w:p>
    <w:p>
      <w:pPr>
        <w:spacing w:after="20"/>
      </w:pPr>
      <w:r>
        <w:rPr>
          <w:b w:val="0"/>
        </w:rPr>
        <w:t>• Es gelten [Ihre AGB / die VOB/B] in der jeweils aktuellen Fassung. [Nichtzutreffendes löschen]</w:t>
      </w:r>
    </w:p>
    <w:p>
      <w:pPr>
        <w:spacing w:after="80"/>
      </w:pPr>
      <w:r>
        <w:rPr>
          <w:b w:val="0"/>
        </w:rPr>
      </w:r>
    </w:p>
    <w:p>
      <w:pPr>
        <w:spacing w:after="280"/>
      </w:pPr>
      <w:r>
        <w:rPr>
          <w:b w:val="0"/>
        </w:rPr>
        <w:t>Zur Annahme unterschreiben Sie bitte und senden Sie das Angebot zurück:</w:t>
      </w:r>
    </w:p>
    <w:p>
      <w:pPr>
        <w:spacing w:after="80"/>
      </w:pPr>
      <w:r>
        <w:rPr>
          <w:b w:val="0"/>
        </w:rPr>
        <w:t>Ort, Datum, Unterschrift Auftraggeber: 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